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קשרים לוגיים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קשרים לוגיים שונים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מילת קישור מתאימה לכל סוג 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ופסקה תוך שימוש מגוון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'כי' מסבירה למה משהו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קשר של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מציינת הבדל בין שני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קשר של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מוסיפה פרט נוסף למשפט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למרות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(תכלית)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מודרכת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תנאי: אם ארד מהאוטובוס בזמן, אגיע לשיעור. משפט תוצאה: איחרתי לאוטובוס, לכן הגעתי מאוחר.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שהפסקה כוללת לפחות שלוש מילות קישור ממשפחות שונות (סיבה, תוצאה, ניגוד, ויתור, תכלית, תנאי, הוספה או השוואה) ושהן משמשות נכון בהקשר.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'כי' או 'מפני ש-'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שהקשר מבטא משהו שקרה למרות מכשול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'כדי ש-' או 'למען' המביע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בזיהוי מילות הקישור מתוך משפטים מהחיים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לסמן את מילת הקישור בטקסט לפני שמחליטים על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בחלקים הראשונים ולוותר על המשימות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קשרים לוגיים ומילות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בטקסטים אנחנו מחברים רעיונות בעזרת מילות קישור, וכל מילה מבטאת קשר לוגי שונה כמו סיבה, תוצאה, ניגוד, ויתור, תכלית, תנאי, השוואה או הוספה.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קשר לוגי מבטאת המילה 'כי' במשפט: 'הוא נשאר בבית כי הוא חולה'?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קשר לוגי מבטאת המילה 'לכן' במשפט: 'ירד גשם, לכן לקחנו מטריה'?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קשר לוגי מבטא הצירוף 'למרות ש-' במשפט: 'למרות שהיה עייף, הוא המשיך לרוץ'?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קשר לוגי מבטאת המילה 'אם' במשפט: 'אם תלמד, תצליח במבחן'?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קשר לוגי מבטא הצירוף 'כדי ש-' במשפט: 'הוא חסך כסף כדי שיוכל לנסוע'?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קשר לוגי מבטאת המילה 'אבל' במשפט: 'רציתי לצאת אבל ירד גשם'?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'כי' מבטאת קשר של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'אף על פי ש-' מבטא קשר של 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'לעומת זאת' משמשת להבעת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'בתנאי ש-' מבטא קשר של השוואה.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'וגם' משמשת להוספת מידע.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ירד גשם, __________ ביטלנו את 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הצליח במבחן __________ הוא למד הרבה.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היה חולה, הוא הגיע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נלמד שעה נוספת __________ נבין את החומר טוב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תסיים את שיעורי הבית, תוכל לשחק.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בגלל ש-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ויתור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כתוצאה מכך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מצד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אם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למען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כשם ש-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שמבטא קשר של תנאי, ומשפט אחד שמבטא קשר של 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לדוגמה למידה מהבית וכתבו פסקה קצרה המשתמשת בלפחות שלוש מילות קישור שונות מתוך הסוגים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שמבטאת סיבה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מתי משתמשים בקשר של ויתור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קשר של תכלית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קשרים לוגיים ומילות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