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קשרים לוגיים ומילות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קשרים לוגיים שונים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מילת קישור מתאימה לכל סוג 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ופסקה תוך שימוש מגוון במילות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תכלית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ניגוד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המילה 'כי' מסבירה למה משהו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קשר של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מציינת הבדל בין שני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קשר של תנאי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מוסיפה פרט נוסף למשפט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למרות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(ויתור)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(תכלית)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(השוואה)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מודרכת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תנאי: אם ארד מהאוטובוס בזמן, אגיע לשיעור. משפט תוצאה: איחרתי לאוטובוס, לכן הגעתי מאוחר.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שהפסקה כוללת לפחות שלוש מילות קישור ממשפחות שונות (סיבה, תוצאה, ניגוד, ויתור, תכלית, תנאי, הוספה או השוואה) ושהן משמשות נכון בהקשר.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'כי' או 'מפני ש-'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שהקשר מבטא משהו שקרה למרות מכשול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'כדי ש-' או 'למען' המביע 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בזיהוי מילות הקישור מתוך משפטים מהחיים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לסמן את מילת הקישור בטקסט לפני שמחליטים על 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להתמקד בחלקים הראשונים ולוותר על המשימות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קשרים לוגיים ומילות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במשפטים יש מילים שמחברות בין רעיונות. כל מילה כזו מראה קשר אחר, למשל סיבה או תוצאה.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לוגי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הקשר בין שני רעיונות במשפט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חלקי 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מסבירה למה משהו 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קרה בעקבות הסיבה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מראה הבדל בין שני 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ויתור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מציין שמשהו קרה למרות מכשול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שבשבילה עושים 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שחייב לקרות כדי שדבר אחר יקרה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המילה 'כי' מראה סיבה, תוצאה, ניגוד או תנאי?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'לכן' מראה איזה 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הצירוף 'למרות ש-' מראה איזה 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המילה 'אם' מראה איזה 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הצירוף 'כדי ש-' מראה איזה 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המילה 'אבל' מראה איזה 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'כי' מבטאת קשר של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'אף על פי ש-' מבטא קשר של תוצאה.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'לעומת זאת' משמשת להבעת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'בתנאי ש-' מבטא קשר של השוואה.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'וגם' משמשת להוספת מידע.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ירד גשם, __________ ביטלנו את הטיול.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הוא הצליח במבחן __________ הוא למד הרבה.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היה חולה, הוא הגיע לבית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נלמד שעה נוספת __________ נבין את החומר טוב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תסיים את שיעורי הבית, תוכל לשחק.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בגלל ש-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כתוצאה מכך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מצד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ויתור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אם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למען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כשם ש-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מודרכת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שמבטא קשר של תנאי, ומשפט אחד שמבטא קשר של תוצאה.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לדוגמה למידה מהבית וכתבו פסקה קצרה המשתמשת בלפחות שלוש מילות קישור שונות מתוך הסוגים שלמדתם.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שמבטאת סיבה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מתי משתמשים בקשר של ויתור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קשר של תכלית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קשרים לוגיים ומילות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