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קשרים לוגיים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קשרים לוגיים שונים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מילת קישור מתאימה לכל סוג 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ופסקה תוך שימוש מגוון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'כי' מסבירה למה משהו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מציינת הבדל בין שני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מודרכת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תנאי: אם ארד מהאוטובוס בזמן, אגיע לשיעור. משפט תוצאה: איחרתי לאוטובוס, לכן הגעתי מאוחר.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'כי' או 'מפני ש-'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שהקשר מבטא משהו שקרה למרות מכשול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'כדי ש-' או 'למען' המביע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בזיהוי מילות הקישור מתוך משפטים מהחיים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לסמן את מילת הקישור בטקסט לפני שמחליטים על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בחלקים הראשונים ולוותר על המשימות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קשרים לוגיים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בטקסטים אנחנו מחברים רעיונות בעזרת מילות קישור, וכל מילה מבטאת קשר לוגי שונה כמו סיבה, תוצאה, ניגוד, ויתור, תכלית, תנאי, השוואה או הוספה.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כדי ש  ·  לכן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קשר לוגי מבטאת המילה 'כי' במשפט: 'הוא נשאר בבית כי הוא חולה'?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קשר לוגי מבטאת המילה 'לכן' במשפט: 'ירד גשם, לכן לקחנו מטריה'?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קשר לוגי מבטא הצירוף 'למרות ש-' במשפט: 'למרות שהיה עייף, הוא המשיך לרוץ'?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תנאי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'כי' מבטאת קשר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'לעומת זאת' משמשת להבעת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ירד גשם, __________ ביטלנו את 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נלמד שעה נוספת __________ נבין את החומר טוב יותר.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בגלל ש-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כתוצאה מכך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מצד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למען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שמבטא קשר של תנאי, ומשפט אחד שמבטא קשר של 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שמבטאת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מתי משתמשים בקשר של ויתור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קשרים לוגיים ומילות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